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025"/>
        <w:gridCol w:w="11225"/>
      </w:tblGrid>
      <w:tr>
        <w:tc>
          <w:tcPr>
            <w:tcW w:type="dxa" w:w="4025"/>
            <w:vAlign w:val="top"/>
          </w:tcPr>
          <w:p>
            <w:pPr>
              <w:keepNext w:val="0"/>
              <w:widowControl/>
              <w:spacing w:before="0" w:after="0" w:lineRule="auto" w:line="269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520000" cy="6300000"/>
                  <wp:docPr id="1" name="Coral and amber band (decoration)" descr="Coral and amber band (decoration)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63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25"/>
            <w:vAlign w:val="center"/>
          </w:tcPr>
          <w:p>
            <w:pPr>
              <w:keepNext/>
              <w:widowControl/>
              <w:spacing w:before="0" w:after="200" w:lineRule="auto" w:line="269"/>
              <w:ind w:left="794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Logo placeholder – right-click, Change Picture" descr="Logo placeholder – right-click, Change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widowControl/>
              <w:spacing w:before="0" w:after="40" w:lineRule="auto" w:line="269"/>
              <w:ind w:left="794"/>
              <w:jc w:val="left"/>
            </w:pPr>
            <w:r>
              <w:rPr>
                <w:b/>
                <w:i w:val="0"/>
                <w:caps w:val="0"/>
                <w:smallCaps w:val="0"/>
                <w:color w:val="C2410C"/>
                <w:sz w:val="24"/>
                <w:spacing w:val="60"/>
              </w:rPr>
              <w:t>THANK YOU</w:t>
            </w:r>
          </w:p>
          <w:p>
            <w:pPr>
              <w:keepNext/>
              <w:widowControl/>
              <w:spacing w:before="0" w:after="240" w:lineRule="auto" w:line="240"/>
              <w:ind w:left="794"/>
              <w:jc w:val="left"/>
            </w:pPr>
            <w:r>
              <w:rPr>
                <w:b/>
                <w:i w:val="0"/>
                <w:caps w:val="0"/>
                <w:smallCaps w:val="0"/>
                <w:color w:val="9A3412"/>
                <w:sz w:val="68"/>
              </w:rPr>
              <w:t>Certificate of Appreciation</w:t>
            </w:r>
          </w:p>
          <w:p>
            <w:pPr>
              <w:keepNext/>
              <w:widowControl/>
              <w:spacing w:before="0" w:after="80" w:lineRule="auto" w:line="269"/>
              <w:ind w:left="794"/>
              <w:jc w:val="left"/>
            </w:pPr>
            <w:r>
              <w:rPr>
                <w:b w:val="0"/>
                <w:i w:val="0"/>
                <w:caps w:val="0"/>
                <w:smallCaps w:val="0"/>
                <w:color w:val="3E4A5C"/>
                <w:sz w:val="28"/>
              </w:rPr>
              <w:t>With heartfelt thanks to</w:t>
            </w:r>
          </w:p>
          <w:p>
            <w:pPr>
              <w:keepNext/>
              <w:widowControl/>
              <w:spacing w:before="0" w:after="160" w:lineRule="auto" w:line="240"/>
              <w:ind w:left="794"/>
              <w:jc w:val="left"/>
              <w:pBdr>
                <w:bottom w:val="single" w:sz="18" w:space="4" w:color="F6AD55"/>
              </w:pBdr>
            </w:pPr>
            <w:r>
              <w:rPr>
                <w:b/>
                <w:i w:val="0"/>
                <w:caps w:val="0"/>
                <w:smallCaps w:val="0"/>
                <w:color w:val="1B2A41"/>
                <w:sz w:val="64"/>
              </w:rPr>
              <w:t>Recipient Name</w:t>
            </w:r>
          </w:p>
          <w:p>
            <w:pPr>
              <w:keepNext/>
              <w:widowControl/>
              <w:spacing w:before="0" w:after="160" w:lineRule="auto" w:line="269"/>
              <w:ind w:left="794"/>
              <w:jc w:val="left"/>
            </w:pPr>
            <w:r>
              <w:rPr>
                <w:b w:val="0"/>
                <w:i w:val="0"/>
                <w:caps w:val="0"/>
                <w:smallCaps w:val="0"/>
                <w:color w:val="3E4A5C"/>
                <w:sz w:val="27"/>
              </w:rPr>
              <w:t>For the time, energy and kindness you gave as a volunteer. You made a real difference.</w:t>
            </w:r>
          </w:p>
          <w:p>
            <w:pPr>
              <w:keepNext/>
              <w:widowControl/>
              <w:spacing w:before="0" w:after="440" w:lineRule="auto" w:line="269"/>
              <w:ind w:left="794"/>
              <w:jc w:val="left"/>
            </w:pPr>
            <w:r>
              <w:rPr>
                <w:b/>
                <w:i w:val="0"/>
                <w:caps w:val="0"/>
                <w:smallCaps w:val="0"/>
                <w:color w:val="C2410C"/>
                <w:sz w:val="24"/>
              </w:rPr>
              <w:t>Organisation Name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Ind w:w="793" w:type="dxa"/>
            </w:tblPr>
            <w:tblGrid>
              <w:gridCol w:w="5216"/>
              <w:gridCol w:w="5216"/>
            </w:tblGrid>
            <w:tr>
              <w:tc>
                <w:tcPr>
                  <w:tcW w:type="dxa" w:w="5216"/>
                  <w:vAlign w:val="bottom"/>
                </w:tcPr>
                <w:p>
                  <w:pPr>
                    <w:keepNext/>
                    <w:widowControl/>
                    <w:spacing w:before="0" w:after="60" w:lineRule="auto" w:line="269"/>
                    <w:ind w:right="680"/>
                    <w:jc w:val="left"/>
                  </w:pPr>
                  <w:r>
                    <w:rPr>
                      <w:b w:val="0"/>
                      <w:i w:val="0"/>
                      <w:caps w:val="0"/>
                      <w:smallCaps w:val="0"/>
                      <w:color w:val="3E4A5C"/>
                      <w:sz w:val="26"/>
                    </w:rPr>
                    <w:t>DD Month YYYY</w:t>
                  </w:r>
                </w:p>
                <w:p>
                  <w:pPr>
                    <w:keepNext w:val="0"/>
                    <w:widowControl/>
                    <w:spacing w:before="0" w:after="0" w:lineRule="auto" w:line="269"/>
                    <w:ind w:right="680"/>
                    <w:jc w:val="left"/>
                    <w:pBdr>
                      <w:top w:val="single" w:sz="6" w:space="4" w:color="C2410C"/>
                    </w:pBdr>
                  </w:pPr>
                  <w:r>
                    <w:rPr>
                      <w:b w:val="0"/>
                      <w:i w:val="0"/>
                      <w:caps w:val="0"/>
                      <w:smallCaps w:val="0"/>
                      <w:color w:val="3E4A5C"/>
                      <w:sz w:val="22"/>
                    </w:rPr>
                    <w:t>Date</w:t>
                  </w:r>
                </w:p>
              </w:tc>
              <w:tc>
                <w:tcPr>
                  <w:tcW w:type="dxa" w:w="5216"/>
                  <w:vAlign w:val="bottom"/>
                </w:tcPr>
                <w:p>
                  <w:pPr>
                    <w:keepNext/>
                    <w:widowControl/>
                    <w:spacing w:before="0" w:after="60" w:lineRule="auto" w:line="269"/>
                    <w:ind w:right="680"/>
                    <w:jc w:val="left"/>
                  </w:pPr>
                  <w:r>
                    <w:rPr>
                      <w:b w:val="0"/>
                      <w:i w:val="0"/>
                      <w:caps w:val="0"/>
                      <w:smallCaps w:val="0"/>
                      <w:color w:val="3E4A5C"/>
                      <w:sz w:val="26"/>
                    </w:rPr>
                    <w:t>Signer Name</w:t>
                  </w:r>
                </w:p>
                <w:p>
                  <w:pPr>
                    <w:keepNext w:val="0"/>
                    <w:widowControl/>
                    <w:spacing w:before="0" w:after="0" w:lineRule="auto" w:line="269"/>
                    <w:ind w:right="680"/>
                    <w:jc w:val="left"/>
                    <w:pBdr>
                      <w:top w:val="single" w:sz="6" w:space="4" w:color="C2410C"/>
                    </w:pBdr>
                  </w:pPr>
                  <w:r>
                    <w:rPr>
                      <w:b w:val="0"/>
                      <w:i w:val="0"/>
                      <w:caps w:val="0"/>
                      <w:smallCaps w:val="0"/>
                      <w:color w:val="3E4A5C"/>
                      <w:sz w:val="22"/>
                    </w:rPr>
                    <w:t>Title or role</w:t>
                  </w:r>
                </w:p>
              </w:tc>
            </w:tr>
          </w:tbl>
          <w:p>
            <w:pPr>
              <w:ind w:left="794"/>
            </w:pP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6838" w:h="11906" w:orient="landscape"/>
      <w:pgMar w:top="794" w:right="794" w:bottom="794" w:left="79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Trebuchet MS" w:hAnsi="Trebuchet MS" w:cs="Trebuchet M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appreciation – Warm volunteer</dc:title>
  <dc:subject>Certificate of appreciation template</dc:subject>
  <dc:creator>Nivparo (nivparo.com)</dc:creator>
  <cp:keywords>certificate of appreciation, template</cp:keywords>
  <dc:description>Free for personal and commercial use. Edit any text; replace or delete the logo placeholder.</dc:description>
  <cp:lastModifiedBy>Nivparo (nivparo.com)</cp:lastModifiedBy>
  <cp:revision>1</cp:revision>
  <dcterms:created xsi:type="dcterms:W3CDTF">2026-10-28T00:00:00Z</dcterms:created>
  <dcterms:modified xsi:type="dcterms:W3CDTF">2026-10-28T00:00:00Z</dcterms:modified>
  <cp:category/>
</cp:coreProperties>
</file>